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AL DIRIGENTE SCOLASTICO</w:t>
      </w:r>
    </w:p>
    <w:p>
      <w:r>
        <w:t>Oggetto: VALORIZZAZIONE DELLA PROFESSIONALITÀ DEL PERSONALE DOCENTE CHE ASSICURA AI PROPRI ALUNNI LA CONTINUITÀ DIDATTICA AI SENSI DEL DECRETO DEL MINISTRO DELL’ISTRUZIONE E DEL MERITO N. 242 DEL 3 DICEMBRE 2024 – ASSEGNAZIONE RISORSE FINANZIARIE A.S. 2023/24</w:t>
      </w:r>
    </w:p>
    <w:p>
      <w:r>
        <w:t>Il/la sottoscritto/a..........................................................., nato a.................................................., il......................, Docente di scuola............................................, in servizio con contratto a t.i. presso codesto Circolo, ai sensi del DPR 445/2000, sotto la propria responsabilità e consapevole delle responsabilità e delle conseguenze civili e penali previste in caso di dichiarazioni mendaci,</w:t>
      </w:r>
    </w:p>
    <w:p>
      <w:pPr>
        <w:pStyle w:val="Heading2"/>
      </w:pPr>
      <w:r>
        <w:t>DICHIARA</w:t>
      </w:r>
    </w:p>
    <w:p>
      <w:r>
        <w:t>▪ di non aver chiesto trasferimento o assegnazione provvisoria in altra istituzione scolastica per il triennio relativo agli anni scolastici 2021-22, 2022-23, 2023-24;</w:t>
        <w:br/>
        <w:t>▪ di aver garantito un totale di almeno 480 giorni di servizio nel triennio sopra citato.</w:t>
      </w:r>
    </w:p>
    <w:p>
      <w:r>
        <w:br/>
        <w:t>In fede</w:t>
      </w:r>
    </w:p>
    <w:p>
      <w:r>
        <w:t>Firma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